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8BBDC" w14:textId="56529663" w:rsidR="005F0FCA" w:rsidRPr="00F36A94" w:rsidRDefault="004C1DDF">
      <w:pPr>
        <w:jc w:val="center"/>
        <w:rPr>
          <w:rFonts w:ascii="Arial" w:hAnsi="Arial" w:cs="Arial"/>
        </w:rPr>
      </w:pPr>
      <w:r w:rsidRPr="00F36A94">
        <w:rPr>
          <w:rFonts w:ascii="Arial" w:hAnsi="Arial" w:cs="Arial"/>
          <w:b/>
          <w:sz w:val="28"/>
        </w:rPr>
        <w:t xml:space="preserve">WYKAZ </w:t>
      </w:r>
      <w:r w:rsidR="005B302D">
        <w:rPr>
          <w:rFonts w:ascii="Arial" w:hAnsi="Arial" w:cs="Arial"/>
          <w:b/>
          <w:sz w:val="28"/>
        </w:rPr>
        <w:t xml:space="preserve"> </w:t>
      </w:r>
      <w:r w:rsidRPr="00F36A94">
        <w:rPr>
          <w:rFonts w:ascii="Arial" w:hAnsi="Arial" w:cs="Arial"/>
          <w:b/>
          <w:sz w:val="28"/>
        </w:rPr>
        <w:t>USŁUG</w:t>
      </w:r>
    </w:p>
    <w:p w14:paraId="5DCD65ED" w14:textId="77777777" w:rsidR="005F0FCA" w:rsidRPr="00F36A94" w:rsidRDefault="004C1DDF" w:rsidP="00B7756F">
      <w:pPr>
        <w:jc w:val="center"/>
        <w:rPr>
          <w:rFonts w:ascii="Arial" w:hAnsi="Arial" w:cs="Arial"/>
        </w:rPr>
      </w:pPr>
      <w:proofErr w:type="spellStart"/>
      <w:r w:rsidRPr="00F36A94">
        <w:rPr>
          <w:rFonts w:ascii="Arial" w:hAnsi="Arial" w:cs="Arial"/>
          <w:b/>
        </w:rPr>
        <w:t>Składany</w:t>
      </w:r>
      <w:proofErr w:type="spellEnd"/>
      <w:r w:rsidRPr="00F36A94">
        <w:rPr>
          <w:rFonts w:ascii="Arial" w:hAnsi="Arial" w:cs="Arial"/>
          <w:b/>
        </w:rPr>
        <w:t xml:space="preserve"> </w:t>
      </w:r>
      <w:proofErr w:type="spellStart"/>
      <w:r w:rsidRPr="00F36A94">
        <w:rPr>
          <w:rFonts w:ascii="Arial" w:hAnsi="Arial" w:cs="Arial"/>
          <w:b/>
        </w:rPr>
        <w:t>na</w:t>
      </w:r>
      <w:proofErr w:type="spellEnd"/>
      <w:r w:rsidRPr="00F36A94">
        <w:rPr>
          <w:rFonts w:ascii="Arial" w:hAnsi="Arial" w:cs="Arial"/>
          <w:b/>
        </w:rPr>
        <w:t xml:space="preserve"> </w:t>
      </w:r>
      <w:proofErr w:type="spellStart"/>
      <w:r w:rsidRPr="00F36A94">
        <w:rPr>
          <w:rFonts w:ascii="Arial" w:hAnsi="Arial" w:cs="Arial"/>
          <w:b/>
        </w:rPr>
        <w:t>potwierdzenie</w:t>
      </w:r>
      <w:proofErr w:type="spellEnd"/>
      <w:r w:rsidRPr="00F36A94">
        <w:rPr>
          <w:rFonts w:ascii="Arial" w:hAnsi="Arial" w:cs="Arial"/>
          <w:b/>
        </w:rPr>
        <w:t xml:space="preserve"> </w:t>
      </w:r>
      <w:proofErr w:type="spellStart"/>
      <w:r w:rsidRPr="00F36A94">
        <w:rPr>
          <w:rFonts w:ascii="Arial" w:hAnsi="Arial" w:cs="Arial"/>
          <w:b/>
        </w:rPr>
        <w:t>spełniania</w:t>
      </w:r>
      <w:proofErr w:type="spellEnd"/>
      <w:r w:rsidRPr="00F36A94">
        <w:rPr>
          <w:rFonts w:ascii="Arial" w:hAnsi="Arial" w:cs="Arial"/>
          <w:b/>
        </w:rPr>
        <w:t xml:space="preserve"> </w:t>
      </w:r>
      <w:proofErr w:type="spellStart"/>
      <w:r w:rsidRPr="00F36A94">
        <w:rPr>
          <w:rFonts w:ascii="Arial" w:hAnsi="Arial" w:cs="Arial"/>
          <w:b/>
        </w:rPr>
        <w:t>warunku</w:t>
      </w:r>
      <w:proofErr w:type="spellEnd"/>
      <w:r w:rsidRPr="00F36A94">
        <w:rPr>
          <w:rFonts w:ascii="Arial" w:hAnsi="Arial" w:cs="Arial"/>
          <w:b/>
        </w:rPr>
        <w:t xml:space="preserve"> </w:t>
      </w:r>
      <w:proofErr w:type="spellStart"/>
      <w:r w:rsidRPr="00F36A94">
        <w:rPr>
          <w:rFonts w:ascii="Arial" w:hAnsi="Arial" w:cs="Arial"/>
          <w:b/>
        </w:rPr>
        <w:t>udziału</w:t>
      </w:r>
      <w:proofErr w:type="spellEnd"/>
      <w:r w:rsidRPr="00F36A94">
        <w:rPr>
          <w:rFonts w:ascii="Arial" w:hAnsi="Arial" w:cs="Arial"/>
          <w:b/>
        </w:rPr>
        <w:t xml:space="preserve"> w postępowaniu</w:t>
      </w:r>
      <w:r w:rsidRPr="00F36A94">
        <w:rPr>
          <w:rFonts w:ascii="Arial" w:hAnsi="Arial" w:cs="Arial"/>
          <w:b/>
        </w:rPr>
        <w:br/>
      </w:r>
    </w:p>
    <w:p w14:paraId="2BCC2C29" w14:textId="77777777" w:rsidR="005F0FCA" w:rsidRPr="00F36A94" w:rsidRDefault="005F0FCA">
      <w:pPr>
        <w:rPr>
          <w:rFonts w:ascii="Arial" w:hAnsi="Arial" w:cs="Arial"/>
        </w:rPr>
      </w:pPr>
    </w:p>
    <w:p w14:paraId="32E7355E" w14:textId="77777777" w:rsidR="005F0FCA" w:rsidRPr="006C5C74" w:rsidRDefault="004C1DDF">
      <w:pPr>
        <w:rPr>
          <w:rFonts w:ascii="Arial" w:hAnsi="Arial" w:cs="Arial"/>
          <w:b/>
          <w:bCs/>
        </w:rPr>
      </w:pPr>
      <w:proofErr w:type="spellStart"/>
      <w:r w:rsidRPr="006C5C74">
        <w:rPr>
          <w:rFonts w:ascii="Arial" w:hAnsi="Arial" w:cs="Arial"/>
          <w:b/>
          <w:bCs/>
        </w:rPr>
        <w:t>Oświadczam</w:t>
      </w:r>
      <w:proofErr w:type="spellEnd"/>
      <w:r w:rsidRPr="006C5C74">
        <w:rPr>
          <w:rFonts w:ascii="Arial" w:hAnsi="Arial" w:cs="Arial"/>
          <w:b/>
          <w:bCs/>
        </w:rPr>
        <w:t xml:space="preserve">, </w:t>
      </w:r>
      <w:proofErr w:type="spellStart"/>
      <w:r w:rsidRPr="006C5C74">
        <w:rPr>
          <w:rFonts w:ascii="Arial" w:hAnsi="Arial" w:cs="Arial"/>
          <w:b/>
          <w:bCs/>
        </w:rPr>
        <w:t>że</w:t>
      </w:r>
      <w:proofErr w:type="spellEnd"/>
      <w:r w:rsidRPr="006C5C74">
        <w:rPr>
          <w:rFonts w:ascii="Arial" w:hAnsi="Arial" w:cs="Arial"/>
          <w:b/>
          <w:bCs/>
        </w:rPr>
        <w:t xml:space="preserve"> w </w:t>
      </w:r>
      <w:proofErr w:type="spellStart"/>
      <w:r w:rsidRPr="006C5C74">
        <w:rPr>
          <w:rFonts w:ascii="Arial" w:hAnsi="Arial" w:cs="Arial"/>
          <w:b/>
          <w:bCs/>
        </w:rPr>
        <w:t>okresie</w:t>
      </w:r>
      <w:proofErr w:type="spellEnd"/>
      <w:r w:rsidRPr="006C5C74">
        <w:rPr>
          <w:rFonts w:ascii="Arial" w:hAnsi="Arial" w:cs="Arial"/>
          <w:b/>
          <w:bCs/>
        </w:rPr>
        <w:t xml:space="preserve"> ostatnich 3 lat przed upływem terminu składania ofert (a jeżeli okres działalności jest krótszy – w tym okresie) zrealizowałem następujące usługi:</w:t>
      </w:r>
      <w:r w:rsidRPr="006C5C74">
        <w:rPr>
          <w:rFonts w:ascii="Arial" w:hAnsi="Arial" w:cs="Arial"/>
          <w:b/>
          <w:bCs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00"/>
        <w:gridCol w:w="1424"/>
        <w:gridCol w:w="1332"/>
        <w:gridCol w:w="1345"/>
        <w:gridCol w:w="1345"/>
        <w:gridCol w:w="1684"/>
      </w:tblGrid>
      <w:tr w:rsidR="005F0FCA" w:rsidRPr="00F36A94" w14:paraId="2C3CD3AC" w14:textId="77777777">
        <w:tc>
          <w:tcPr>
            <w:tcW w:w="1440" w:type="dxa"/>
          </w:tcPr>
          <w:p w14:paraId="6AF72A8B" w14:textId="77777777" w:rsidR="005F0FCA" w:rsidRPr="00F36A94" w:rsidRDefault="004C1DDF">
            <w:pPr>
              <w:rPr>
                <w:rFonts w:ascii="Arial" w:hAnsi="Arial" w:cs="Arial"/>
              </w:rPr>
            </w:pPr>
            <w:r w:rsidRPr="00F36A94">
              <w:rPr>
                <w:rFonts w:ascii="Arial" w:hAnsi="Arial" w:cs="Arial"/>
              </w:rPr>
              <w:t>Zamawiający (na rzecz kogo wykonano usługę)</w:t>
            </w:r>
          </w:p>
        </w:tc>
        <w:tc>
          <w:tcPr>
            <w:tcW w:w="1440" w:type="dxa"/>
          </w:tcPr>
          <w:p w14:paraId="2727F6B5" w14:textId="77777777" w:rsidR="005F0FCA" w:rsidRPr="00F36A94" w:rsidRDefault="004C1DDF">
            <w:pPr>
              <w:rPr>
                <w:rFonts w:ascii="Arial" w:hAnsi="Arial" w:cs="Arial"/>
              </w:rPr>
            </w:pPr>
            <w:r w:rsidRPr="00F36A94">
              <w:rPr>
                <w:rFonts w:ascii="Arial" w:hAnsi="Arial" w:cs="Arial"/>
              </w:rPr>
              <w:t>Nazwa i opis zamówienia (zakres, system)</w:t>
            </w:r>
          </w:p>
        </w:tc>
        <w:tc>
          <w:tcPr>
            <w:tcW w:w="1440" w:type="dxa"/>
          </w:tcPr>
          <w:p w14:paraId="433039EC" w14:textId="77777777" w:rsidR="005F0FCA" w:rsidRPr="00F36A94" w:rsidRDefault="004C1DDF">
            <w:pPr>
              <w:rPr>
                <w:rFonts w:ascii="Arial" w:hAnsi="Arial" w:cs="Arial"/>
              </w:rPr>
            </w:pPr>
            <w:r w:rsidRPr="00F36A94">
              <w:rPr>
                <w:rFonts w:ascii="Arial" w:hAnsi="Arial" w:cs="Arial"/>
              </w:rPr>
              <w:t>Wartość brutto (PLN)</w:t>
            </w:r>
          </w:p>
        </w:tc>
        <w:tc>
          <w:tcPr>
            <w:tcW w:w="1440" w:type="dxa"/>
          </w:tcPr>
          <w:p w14:paraId="2C2AE71B" w14:textId="77777777" w:rsidR="005F0FCA" w:rsidRPr="00F36A94" w:rsidRDefault="004C1DDF">
            <w:pPr>
              <w:rPr>
                <w:rFonts w:ascii="Arial" w:hAnsi="Arial" w:cs="Arial"/>
              </w:rPr>
            </w:pPr>
            <w:r w:rsidRPr="00F36A94">
              <w:rPr>
                <w:rFonts w:ascii="Arial" w:hAnsi="Arial" w:cs="Arial"/>
              </w:rPr>
              <w:t>Termin realizacji (od–do)</w:t>
            </w:r>
          </w:p>
        </w:tc>
        <w:tc>
          <w:tcPr>
            <w:tcW w:w="1440" w:type="dxa"/>
          </w:tcPr>
          <w:p w14:paraId="04F0BE85" w14:textId="77777777" w:rsidR="005F0FCA" w:rsidRPr="00F36A94" w:rsidRDefault="004C1DDF">
            <w:pPr>
              <w:rPr>
                <w:rFonts w:ascii="Arial" w:hAnsi="Arial" w:cs="Arial"/>
              </w:rPr>
            </w:pPr>
            <w:r w:rsidRPr="00F36A94">
              <w:rPr>
                <w:rFonts w:ascii="Arial" w:hAnsi="Arial" w:cs="Arial"/>
              </w:rPr>
              <w:t>Miejsce realizacji</w:t>
            </w:r>
          </w:p>
        </w:tc>
        <w:tc>
          <w:tcPr>
            <w:tcW w:w="1440" w:type="dxa"/>
          </w:tcPr>
          <w:p w14:paraId="22C9A147" w14:textId="77777777" w:rsidR="005F0FCA" w:rsidRPr="00F36A94" w:rsidRDefault="004C1DDF">
            <w:pPr>
              <w:rPr>
                <w:rFonts w:ascii="Arial" w:hAnsi="Arial" w:cs="Arial"/>
              </w:rPr>
            </w:pPr>
            <w:r w:rsidRPr="00F36A94">
              <w:rPr>
                <w:rFonts w:ascii="Arial" w:hAnsi="Arial" w:cs="Arial"/>
              </w:rPr>
              <w:t>Dokumenty potwierdzające (TAK/NIE)</w:t>
            </w:r>
          </w:p>
        </w:tc>
      </w:tr>
      <w:tr w:rsidR="005F0FCA" w:rsidRPr="00F36A94" w14:paraId="17717AAF" w14:textId="77777777">
        <w:tc>
          <w:tcPr>
            <w:tcW w:w="1440" w:type="dxa"/>
          </w:tcPr>
          <w:p w14:paraId="34912DC6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4095D8ED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4FAFC753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257EA314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06430DA3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556ED1BF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</w:tr>
      <w:tr w:rsidR="005F0FCA" w:rsidRPr="00F36A94" w14:paraId="480EDD1D" w14:textId="77777777">
        <w:tc>
          <w:tcPr>
            <w:tcW w:w="1440" w:type="dxa"/>
          </w:tcPr>
          <w:p w14:paraId="777C4D6F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76B38E90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6171123D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49D5859A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1F733DD0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23171860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</w:tr>
      <w:tr w:rsidR="005F0FCA" w:rsidRPr="00F36A94" w14:paraId="3F78B153" w14:textId="77777777">
        <w:tc>
          <w:tcPr>
            <w:tcW w:w="1440" w:type="dxa"/>
          </w:tcPr>
          <w:p w14:paraId="7D456AE3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6B227FFF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25954B74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6B7C77AE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2108468C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558737E8" w14:textId="77777777" w:rsidR="005F0FCA" w:rsidRPr="00F36A94" w:rsidRDefault="005F0FCA">
            <w:pPr>
              <w:rPr>
                <w:rFonts w:ascii="Arial" w:hAnsi="Arial" w:cs="Arial"/>
              </w:rPr>
            </w:pPr>
          </w:p>
        </w:tc>
      </w:tr>
    </w:tbl>
    <w:p w14:paraId="1437822A" w14:textId="77777777" w:rsidR="005F0FCA" w:rsidRPr="00F36A94" w:rsidRDefault="005F0FCA">
      <w:pPr>
        <w:rPr>
          <w:rFonts w:ascii="Arial" w:hAnsi="Arial" w:cs="Arial"/>
        </w:rPr>
      </w:pPr>
    </w:p>
    <w:p w14:paraId="308943E6" w14:textId="77777777" w:rsidR="005F0FCA" w:rsidRPr="006C5C74" w:rsidRDefault="004C1DDF" w:rsidP="006C5C74">
      <w:pPr>
        <w:jc w:val="center"/>
        <w:rPr>
          <w:rFonts w:ascii="Arial" w:hAnsi="Arial" w:cs="Arial"/>
          <w:b/>
          <w:bCs/>
        </w:rPr>
      </w:pPr>
      <w:r w:rsidRPr="006C5C74">
        <w:rPr>
          <w:rFonts w:ascii="Arial" w:hAnsi="Arial" w:cs="Arial"/>
          <w:b/>
          <w:bCs/>
        </w:rPr>
        <w:t>Opis usługi powinien jednoznacznie potwierdzać, że obejmowała ona dostawę i wdrożenie systemu informatycznego o charakterze zbliżonym do przedmiotu zamówienia.</w:t>
      </w:r>
    </w:p>
    <w:p w14:paraId="1CFEA2B4" w14:textId="77777777" w:rsidR="005F0FCA" w:rsidRPr="006C5C74" w:rsidRDefault="004C1DDF" w:rsidP="006C5C74">
      <w:pPr>
        <w:jc w:val="center"/>
        <w:rPr>
          <w:rFonts w:ascii="Arial" w:hAnsi="Arial" w:cs="Arial"/>
          <w:b/>
          <w:bCs/>
        </w:rPr>
      </w:pPr>
      <w:r w:rsidRPr="006C5C74">
        <w:rPr>
          <w:rFonts w:ascii="Arial" w:hAnsi="Arial" w:cs="Arial"/>
          <w:b/>
          <w:bCs/>
        </w:rPr>
        <w:t>Do wykazu należy załączyć referencje lub inne dokumenty potwierdzające należyte wykonanie usług (np. protokoły odbioru, poświadczenia).</w:t>
      </w:r>
    </w:p>
    <w:p w14:paraId="6FB48630" w14:textId="77777777" w:rsidR="005F0FCA" w:rsidRDefault="005F0FCA">
      <w:pPr>
        <w:rPr>
          <w:rFonts w:ascii="Arial" w:hAnsi="Arial" w:cs="Arial"/>
        </w:rPr>
      </w:pPr>
    </w:p>
    <w:p w14:paraId="493A4579" w14:textId="77777777" w:rsidR="006C5C74" w:rsidRDefault="006C5C74">
      <w:pPr>
        <w:rPr>
          <w:rFonts w:ascii="Arial" w:hAnsi="Arial" w:cs="Arial"/>
        </w:rPr>
      </w:pPr>
    </w:p>
    <w:p w14:paraId="2CA16F3A" w14:textId="031778C2" w:rsidR="00B7756F" w:rsidRDefault="00B7756F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…………………………………..</w:t>
      </w:r>
    </w:p>
    <w:p w14:paraId="4E93AABF" w14:textId="2A173A43" w:rsidR="00B7756F" w:rsidRDefault="00B7756F">
      <w:pPr>
        <w:rPr>
          <w:rFonts w:ascii="Arial" w:hAnsi="Arial" w:cs="Arial"/>
        </w:rPr>
      </w:pPr>
      <w:r>
        <w:rPr>
          <w:rFonts w:ascii="Arial" w:hAnsi="Arial" w:cs="Arial"/>
        </w:rPr>
        <w:t>Data</w:t>
      </w:r>
    </w:p>
    <w:p w14:paraId="6AE71A48" w14:textId="77777777" w:rsidR="00B7756F" w:rsidRPr="00F36A94" w:rsidRDefault="00B7756F">
      <w:pPr>
        <w:rPr>
          <w:rFonts w:ascii="Arial" w:hAnsi="Arial" w:cs="Arial"/>
        </w:rPr>
      </w:pPr>
    </w:p>
    <w:p w14:paraId="0B6F1CE1" w14:textId="664BFB97" w:rsidR="00B7756F" w:rsidRPr="00B7756F" w:rsidRDefault="00B7756F" w:rsidP="00B7756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Pr="00B7756F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………..</w:t>
      </w:r>
      <w:r w:rsidRPr="00B7756F">
        <w:rPr>
          <w:rFonts w:ascii="Arial" w:hAnsi="Arial" w:cs="Arial"/>
        </w:rPr>
        <w:t>…………………………..</w:t>
      </w:r>
    </w:p>
    <w:p w14:paraId="40B39BDC" w14:textId="3CE5AE53" w:rsidR="00B7756F" w:rsidRPr="00B7756F" w:rsidRDefault="00B7756F" w:rsidP="00B7756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proofErr w:type="spellStart"/>
      <w:r w:rsidRPr="00B7756F">
        <w:rPr>
          <w:rFonts w:ascii="Arial" w:hAnsi="Arial" w:cs="Arial"/>
        </w:rPr>
        <w:t>Kwalifikowany</w:t>
      </w:r>
      <w:proofErr w:type="spellEnd"/>
      <w:r w:rsidRPr="00B7756F">
        <w:rPr>
          <w:rFonts w:ascii="Arial" w:hAnsi="Arial" w:cs="Arial"/>
        </w:rPr>
        <w:t xml:space="preserve"> </w:t>
      </w:r>
      <w:proofErr w:type="spellStart"/>
      <w:r w:rsidRPr="00B7756F">
        <w:rPr>
          <w:rFonts w:ascii="Arial" w:hAnsi="Arial" w:cs="Arial"/>
        </w:rPr>
        <w:t>podpis</w:t>
      </w:r>
      <w:proofErr w:type="spellEnd"/>
      <w:r w:rsidRPr="00B7756F">
        <w:rPr>
          <w:rFonts w:ascii="Arial" w:hAnsi="Arial" w:cs="Arial"/>
        </w:rPr>
        <w:t xml:space="preserve"> </w:t>
      </w:r>
      <w:proofErr w:type="spellStart"/>
      <w:r w:rsidRPr="00B7756F">
        <w:rPr>
          <w:rFonts w:ascii="Arial" w:hAnsi="Arial" w:cs="Arial"/>
        </w:rPr>
        <w:t>elektroniczny</w:t>
      </w:r>
      <w:proofErr w:type="spellEnd"/>
      <w:r w:rsidRPr="00B7756F">
        <w:rPr>
          <w:rFonts w:ascii="Arial" w:hAnsi="Arial" w:cs="Arial"/>
        </w:rPr>
        <w:t xml:space="preserve">/ </w:t>
      </w:r>
      <w:proofErr w:type="spellStart"/>
      <w:r w:rsidRPr="00B7756F">
        <w:rPr>
          <w:rFonts w:ascii="Arial" w:hAnsi="Arial" w:cs="Arial"/>
        </w:rPr>
        <w:t>podpis</w:t>
      </w:r>
      <w:proofErr w:type="spellEnd"/>
      <w:r w:rsidRPr="00B7756F">
        <w:rPr>
          <w:rFonts w:ascii="Arial" w:hAnsi="Arial" w:cs="Arial"/>
        </w:rPr>
        <w:t xml:space="preserve"> </w:t>
      </w:r>
      <w:proofErr w:type="spellStart"/>
      <w:r w:rsidRPr="00B7756F">
        <w:rPr>
          <w:rFonts w:ascii="Arial" w:hAnsi="Arial" w:cs="Arial"/>
        </w:rPr>
        <w:t>zaufany</w:t>
      </w:r>
      <w:proofErr w:type="spellEnd"/>
      <w:r w:rsidRPr="00B7756F">
        <w:rPr>
          <w:rFonts w:ascii="Arial" w:hAnsi="Arial" w:cs="Arial"/>
        </w:rPr>
        <w:t>/</w:t>
      </w:r>
    </w:p>
    <w:p w14:paraId="672A58D4" w14:textId="7E60A0D5" w:rsidR="00B7756F" w:rsidRDefault="00B7756F" w:rsidP="00B7756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</w:t>
      </w:r>
      <w:proofErr w:type="spellStart"/>
      <w:r w:rsidRPr="00B7756F">
        <w:rPr>
          <w:rFonts w:ascii="Arial" w:hAnsi="Arial" w:cs="Arial"/>
        </w:rPr>
        <w:t>podpis</w:t>
      </w:r>
      <w:proofErr w:type="spellEnd"/>
      <w:r w:rsidRPr="00B7756F">
        <w:rPr>
          <w:rFonts w:ascii="Arial" w:hAnsi="Arial" w:cs="Arial"/>
        </w:rPr>
        <w:t xml:space="preserve"> </w:t>
      </w:r>
      <w:proofErr w:type="spellStart"/>
      <w:r w:rsidRPr="00B7756F">
        <w:rPr>
          <w:rFonts w:ascii="Arial" w:hAnsi="Arial" w:cs="Arial"/>
        </w:rPr>
        <w:t>osobisty</w:t>
      </w:r>
      <w:proofErr w:type="spellEnd"/>
      <w:r w:rsidRPr="00B7756F">
        <w:rPr>
          <w:rFonts w:ascii="Arial" w:hAnsi="Arial" w:cs="Arial"/>
        </w:rPr>
        <w:t xml:space="preserve"> </w:t>
      </w:r>
      <w:proofErr w:type="spellStart"/>
      <w:r w:rsidRPr="00B7756F">
        <w:rPr>
          <w:rFonts w:ascii="Arial" w:hAnsi="Arial" w:cs="Arial"/>
        </w:rPr>
        <w:t>osoby</w:t>
      </w:r>
      <w:proofErr w:type="spellEnd"/>
      <w:r w:rsidRPr="00B7756F">
        <w:rPr>
          <w:rFonts w:ascii="Arial" w:hAnsi="Arial" w:cs="Arial"/>
        </w:rPr>
        <w:t>/</w:t>
      </w:r>
      <w:proofErr w:type="spellStart"/>
      <w:r w:rsidRPr="00B7756F">
        <w:rPr>
          <w:rFonts w:ascii="Arial" w:hAnsi="Arial" w:cs="Arial"/>
        </w:rPr>
        <w:t>ób</w:t>
      </w:r>
      <w:proofErr w:type="spellEnd"/>
      <w:r w:rsidRPr="00B7756F">
        <w:rPr>
          <w:rFonts w:ascii="Arial" w:hAnsi="Arial" w:cs="Arial"/>
        </w:rPr>
        <w:t xml:space="preserve"> </w:t>
      </w:r>
      <w:proofErr w:type="spellStart"/>
      <w:r w:rsidRPr="00B7756F">
        <w:rPr>
          <w:rFonts w:ascii="Arial" w:hAnsi="Arial" w:cs="Arial"/>
        </w:rPr>
        <w:t>uprawnionej</w:t>
      </w:r>
      <w:proofErr w:type="spellEnd"/>
      <w:r w:rsidRPr="00B7756F">
        <w:rPr>
          <w:rFonts w:ascii="Arial" w:hAnsi="Arial" w:cs="Arial"/>
        </w:rPr>
        <w:t>/</w:t>
      </w:r>
      <w:proofErr w:type="spellStart"/>
      <w:r w:rsidRPr="00B7756F">
        <w:rPr>
          <w:rFonts w:ascii="Arial" w:hAnsi="Arial" w:cs="Arial"/>
        </w:rPr>
        <w:t>ych</w:t>
      </w:r>
      <w:proofErr w:type="spellEnd"/>
    </w:p>
    <w:p w14:paraId="7BC4F112" w14:textId="5272FA3F" w:rsidR="005B302D" w:rsidRDefault="00B7756F" w:rsidP="00B7756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</w:t>
      </w:r>
      <w:proofErr w:type="spellStart"/>
      <w:r w:rsidRPr="00B7756F">
        <w:rPr>
          <w:rFonts w:ascii="Arial" w:hAnsi="Arial" w:cs="Arial"/>
        </w:rPr>
        <w:t>do</w:t>
      </w:r>
      <w:proofErr w:type="spellEnd"/>
      <w:r w:rsidRPr="00B7756F">
        <w:rPr>
          <w:rFonts w:ascii="Arial" w:hAnsi="Arial" w:cs="Arial"/>
        </w:rPr>
        <w:t xml:space="preserve"> </w:t>
      </w:r>
      <w:proofErr w:type="spellStart"/>
      <w:r w:rsidRPr="00B7756F">
        <w:rPr>
          <w:rFonts w:ascii="Arial" w:hAnsi="Arial" w:cs="Arial"/>
        </w:rPr>
        <w:t>reprezentowania</w:t>
      </w:r>
      <w:proofErr w:type="spellEnd"/>
      <w:r w:rsidRPr="00B7756F">
        <w:rPr>
          <w:rFonts w:ascii="Arial" w:hAnsi="Arial" w:cs="Arial"/>
        </w:rPr>
        <w:t xml:space="preserve"> Wykonawcy</w:t>
      </w:r>
    </w:p>
    <w:p w14:paraId="7B8CE57B" w14:textId="33E80350" w:rsidR="005F0FCA" w:rsidRPr="00F36A94" w:rsidRDefault="005F0FCA" w:rsidP="005B302D">
      <w:pPr>
        <w:rPr>
          <w:rFonts w:ascii="Arial" w:hAnsi="Arial" w:cs="Arial"/>
        </w:rPr>
      </w:pPr>
    </w:p>
    <w:sectPr w:rsidR="005F0FCA" w:rsidRPr="00F36A94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73425" w14:textId="77777777" w:rsidR="002B1BAF" w:rsidRDefault="002B1BAF" w:rsidP="002B1BAF">
      <w:pPr>
        <w:spacing w:after="0" w:line="240" w:lineRule="auto"/>
      </w:pPr>
      <w:r>
        <w:separator/>
      </w:r>
    </w:p>
  </w:endnote>
  <w:endnote w:type="continuationSeparator" w:id="0">
    <w:p w14:paraId="0AB78E6A" w14:textId="77777777" w:rsidR="002B1BAF" w:rsidRDefault="002B1BAF" w:rsidP="002B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92651" w14:textId="77777777" w:rsidR="002B1BAF" w:rsidRDefault="002B1BAF" w:rsidP="002B1BAF">
      <w:pPr>
        <w:spacing w:after="0" w:line="240" w:lineRule="auto"/>
      </w:pPr>
      <w:r>
        <w:separator/>
      </w:r>
    </w:p>
  </w:footnote>
  <w:footnote w:type="continuationSeparator" w:id="0">
    <w:p w14:paraId="041DCB11" w14:textId="77777777" w:rsidR="002B1BAF" w:rsidRDefault="002B1BAF" w:rsidP="002B1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DF7CB" w14:textId="60E93734" w:rsidR="002B1BAF" w:rsidRPr="00E340C0" w:rsidRDefault="002B1BAF" w:rsidP="002B1BAF">
    <w:pPr>
      <w:pStyle w:val="Nagwek"/>
      <w:jc w:val="right"/>
      <w:rPr>
        <w:rFonts w:ascii="Arial" w:hAnsi="Arial" w:cs="Arial"/>
      </w:rPr>
    </w:pPr>
    <w:proofErr w:type="spellStart"/>
    <w:r w:rsidRPr="00E340C0">
      <w:rPr>
        <w:rFonts w:ascii="Arial" w:hAnsi="Arial" w:cs="Arial"/>
      </w:rPr>
      <w:t>Załacznik</w:t>
    </w:r>
    <w:proofErr w:type="spellEnd"/>
    <w:r w:rsidRPr="00E340C0">
      <w:rPr>
        <w:rFonts w:ascii="Arial" w:hAnsi="Arial" w:cs="Arial"/>
      </w:rPr>
      <w:t xml:space="preserve"> nr 3 do </w:t>
    </w:r>
    <w:proofErr w:type="spellStart"/>
    <w:r w:rsidRPr="00E340C0">
      <w:rPr>
        <w:rFonts w:ascii="Arial" w:hAnsi="Arial" w:cs="Arial"/>
      </w:rPr>
      <w:t>zapytania</w:t>
    </w:r>
    <w:proofErr w:type="spellEnd"/>
    <w:r w:rsidRPr="00E340C0">
      <w:rPr>
        <w:rFonts w:ascii="Arial" w:hAnsi="Arial" w:cs="Arial"/>
      </w:rPr>
      <w:t xml:space="preserve"> </w:t>
    </w:r>
    <w:proofErr w:type="spellStart"/>
    <w:r w:rsidRPr="00E340C0">
      <w:rPr>
        <w:rFonts w:ascii="Arial" w:hAnsi="Arial" w:cs="Arial"/>
      </w:rPr>
      <w:t>ofertowego</w:t>
    </w:r>
    <w:proofErr w:type="spellEnd"/>
    <w:r w:rsidRPr="00E340C0">
      <w:rPr>
        <w:rFonts w:ascii="Arial" w:hAnsi="Arial" w:cs="Arial"/>
      </w:rPr>
      <w:t xml:space="preserve"> </w:t>
    </w:r>
    <w:r w:rsidR="00B7756F">
      <w:rPr>
        <w:rFonts w:ascii="Arial" w:hAnsi="Arial" w:cs="Arial"/>
      </w:rPr>
      <w:t xml:space="preserve">z </w:t>
    </w:r>
    <w:proofErr w:type="spellStart"/>
    <w:r w:rsidR="00B7756F">
      <w:rPr>
        <w:rFonts w:ascii="Arial" w:hAnsi="Arial" w:cs="Arial"/>
      </w:rPr>
      <w:t>dnia</w:t>
    </w:r>
    <w:proofErr w:type="spellEnd"/>
    <w:r w:rsidR="00B7756F">
      <w:rPr>
        <w:rFonts w:ascii="Arial" w:hAnsi="Arial" w:cs="Arial"/>
      </w:rPr>
      <w:t xml:space="preserve"> 25.03.2026</w:t>
    </w:r>
  </w:p>
  <w:p w14:paraId="6AF12DD8" w14:textId="77777777" w:rsidR="002B1BAF" w:rsidRDefault="002B1B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5545574">
    <w:abstractNumId w:val="8"/>
  </w:num>
  <w:num w:numId="2" w16cid:durableId="1943102990">
    <w:abstractNumId w:val="6"/>
  </w:num>
  <w:num w:numId="3" w16cid:durableId="1575624626">
    <w:abstractNumId w:val="5"/>
  </w:num>
  <w:num w:numId="4" w16cid:durableId="1193423992">
    <w:abstractNumId w:val="4"/>
  </w:num>
  <w:num w:numId="5" w16cid:durableId="1574703282">
    <w:abstractNumId w:val="7"/>
  </w:num>
  <w:num w:numId="6" w16cid:durableId="1297876604">
    <w:abstractNumId w:val="3"/>
  </w:num>
  <w:num w:numId="7" w16cid:durableId="1144198927">
    <w:abstractNumId w:val="2"/>
  </w:num>
  <w:num w:numId="8" w16cid:durableId="1996294900">
    <w:abstractNumId w:val="1"/>
  </w:num>
  <w:num w:numId="9" w16cid:durableId="172885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1BAF"/>
    <w:rsid w:val="00326F90"/>
    <w:rsid w:val="004C1DDF"/>
    <w:rsid w:val="005B302D"/>
    <w:rsid w:val="005F0FCA"/>
    <w:rsid w:val="00687E13"/>
    <w:rsid w:val="006C5C74"/>
    <w:rsid w:val="008E77F1"/>
    <w:rsid w:val="00AA1D8D"/>
    <w:rsid w:val="00B47730"/>
    <w:rsid w:val="00B7756F"/>
    <w:rsid w:val="00CB0664"/>
    <w:rsid w:val="00DB349C"/>
    <w:rsid w:val="00E15B27"/>
    <w:rsid w:val="00E340C0"/>
    <w:rsid w:val="00F36A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663877"/>
  <w14:defaultImageDpi w14:val="300"/>
  <w15:docId w15:val="{9AD5F264-67BF-4788-852F-AB22BB6E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5B13F3-FF7A-48D4-B620-A541409E541E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B6A6C3C6-70EF-4292-847F-69BE9D1E2C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EA2384-C45F-4022-BD17-C64A0C21C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Łajca</cp:lastModifiedBy>
  <cp:revision>10</cp:revision>
  <dcterms:created xsi:type="dcterms:W3CDTF">2026-03-24T13:34:00Z</dcterms:created>
  <dcterms:modified xsi:type="dcterms:W3CDTF">2026-03-25T14:29:00Z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